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DCE1" w14:textId="7A07C2ED" w:rsidR="005E2B66" w:rsidRDefault="00172CD7">
      <w:r>
        <w:rPr>
          <w:b/>
          <w:sz w:val="22"/>
        </w:rPr>
        <w:t>RÄPINA</w:t>
      </w:r>
      <w:r w:rsidR="00280473">
        <w:rPr>
          <w:b/>
          <w:sz w:val="22"/>
        </w:rPr>
        <w:t xml:space="preserve"> VALLA NOORTEVOLIKOGU</w:t>
      </w:r>
    </w:p>
    <w:p w14:paraId="19197796" w14:textId="77777777" w:rsidR="005E2B66" w:rsidRDefault="00280473">
      <w:r>
        <w:rPr>
          <w:b/>
          <w:sz w:val="22"/>
        </w:rPr>
        <w:t>Kandideerimisavaldus</w:t>
      </w:r>
    </w:p>
    <w:p w14:paraId="010D72CA" w14:textId="6D9D6AF3" w:rsidR="005E2B66" w:rsidRDefault="00280473">
      <w:pPr>
        <w:spacing w:after="120"/>
      </w:pPr>
      <w:r>
        <w:t xml:space="preserve">Soovin </w:t>
      </w:r>
      <w:proofErr w:type="spellStart"/>
      <w:r>
        <w:t>kandideerida</w:t>
      </w:r>
      <w:proofErr w:type="spellEnd"/>
      <w:r>
        <w:t xml:space="preserve"> </w:t>
      </w:r>
      <w:r w:rsidR="00172CD7">
        <w:t>Räpina</w:t>
      </w:r>
      <w:r>
        <w:t xml:space="preserve"> </w:t>
      </w:r>
      <w:proofErr w:type="spellStart"/>
      <w:r w:rsidR="0079733A">
        <w:t>v</w:t>
      </w:r>
      <w:r>
        <w:t>alla</w:t>
      </w:r>
      <w:proofErr w:type="spellEnd"/>
      <w:r>
        <w:t xml:space="preserve"> </w:t>
      </w:r>
      <w:proofErr w:type="spellStart"/>
      <w:r w:rsidR="0079733A">
        <w:t>n</w:t>
      </w:r>
      <w:r>
        <w:t>oortevolikogusse</w:t>
      </w:r>
      <w:proofErr w:type="spellEnd"/>
      <w:r>
        <w:t>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6"/>
      </w:tblGrid>
      <w:tr w:rsidR="005E2B66" w14:paraId="29E71E8C" w14:textId="77777777" w:rsidTr="00892749">
        <w:trPr>
          <w:jc w:val="center"/>
        </w:trPr>
        <w:tc>
          <w:tcPr>
            <w:tcW w:w="2835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952D2" w14:textId="77777777" w:rsidR="005E2B66" w:rsidRDefault="00280473">
            <w:pPr>
              <w:spacing w:after="0"/>
            </w:pPr>
            <w:r>
              <w:rPr>
                <w:b/>
                <w:sz w:val="18"/>
              </w:rPr>
              <w:t xml:space="preserve">Ees- ja </w:t>
            </w:r>
            <w:proofErr w:type="spellStart"/>
            <w:proofErr w:type="gramStart"/>
            <w:r>
              <w:rPr>
                <w:b/>
                <w:sz w:val="18"/>
              </w:rPr>
              <w:t>perekonnanimi</w:t>
            </w:r>
            <w:proofErr w:type="spellEnd"/>
            <w:r>
              <w:rPr>
                <w:b/>
                <w:sz w:val="18"/>
              </w:rPr>
              <w:t>:*</w:t>
            </w:r>
            <w:proofErr w:type="gramEnd"/>
          </w:p>
        </w:tc>
        <w:tc>
          <w:tcPr>
            <w:tcW w:w="623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EB3F46" w14:textId="77777777" w:rsidR="005E2B66" w:rsidRDefault="00280473">
            <w:pPr>
              <w:spacing w:after="0"/>
            </w:pPr>
            <w:r>
              <w:t xml:space="preserve"> </w:t>
            </w:r>
          </w:p>
        </w:tc>
      </w:tr>
      <w:tr w:rsidR="005E2B66" w14:paraId="4BCA5BEC" w14:textId="77777777" w:rsidTr="00892749">
        <w:trPr>
          <w:jc w:val="center"/>
        </w:trPr>
        <w:tc>
          <w:tcPr>
            <w:tcW w:w="2835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BAA97" w14:textId="77777777" w:rsidR="005E2B66" w:rsidRDefault="00280473">
            <w:pPr>
              <w:spacing w:after="0"/>
            </w:pPr>
            <w:r>
              <w:rPr>
                <w:sz w:val="18"/>
              </w:rPr>
              <w:t>Elukoht:</w:t>
            </w:r>
          </w:p>
        </w:tc>
        <w:tc>
          <w:tcPr>
            <w:tcW w:w="623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1C3281" w14:textId="77777777" w:rsidR="005E2B66" w:rsidRDefault="00280473">
            <w:pPr>
              <w:spacing w:after="0"/>
            </w:pPr>
            <w:r>
              <w:t xml:space="preserve"> </w:t>
            </w:r>
          </w:p>
        </w:tc>
      </w:tr>
      <w:tr w:rsidR="005E2B66" w14:paraId="009B0FD7" w14:textId="77777777" w:rsidTr="00892749">
        <w:trPr>
          <w:jc w:val="center"/>
        </w:trPr>
        <w:tc>
          <w:tcPr>
            <w:tcW w:w="2835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355D81" w14:textId="77777777" w:rsidR="005E2B66" w:rsidRDefault="00280473">
            <w:pPr>
              <w:spacing w:after="0"/>
            </w:pPr>
            <w:r>
              <w:rPr>
                <w:sz w:val="18"/>
              </w:rPr>
              <w:t>Isikukood:</w:t>
            </w:r>
          </w:p>
        </w:tc>
        <w:tc>
          <w:tcPr>
            <w:tcW w:w="623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50DF7F" w14:textId="77777777" w:rsidR="005E2B66" w:rsidRDefault="00280473">
            <w:pPr>
              <w:spacing w:after="0"/>
            </w:pPr>
            <w:r>
              <w:t xml:space="preserve"> </w:t>
            </w:r>
          </w:p>
        </w:tc>
      </w:tr>
      <w:tr w:rsidR="005E2B66" w14:paraId="1AEEADD3" w14:textId="77777777" w:rsidTr="00892749">
        <w:trPr>
          <w:jc w:val="center"/>
        </w:trPr>
        <w:tc>
          <w:tcPr>
            <w:tcW w:w="2835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BB5297" w14:textId="77777777" w:rsidR="005E2B66" w:rsidRDefault="00280473">
            <w:pPr>
              <w:spacing w:after="0"/>
            </w:pPr>
            <w:r>
              <w:rPr>
                <w:sz w:val="18"/>
              </w:rPr>
              <w:t>Kool ja/või töö- või tegevusala:</w:t>
            </w:r>
          </w:p>
        </w:tc>
        <w:tc>
          <w:tcPr>
            <w:tcW w:w="623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5C607E" w14:textId="77777777" w:rsidR="005E2B66" w:rsidRDefault="00280473">
            <w:pPr>
              <w:spacing w:after="0"/>
            </w:pPr>
            <w:r>
              <w:t xml:space="preserve"> </w:t>
            </w:r>
          </w:p>
        </w:tc>
      </w:tr>
      <w:tr w:rsidR="005E2B66" w14:paraId="06400EF1" w14:textId="77777777" w:rsidTr="00892749">
        <w:trPr>
          <w:jc w:val="center"/>
        </w:trPr>
        <w:tc>
          <w:tcPr>
            <w:tcW w:w="2835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8F2848" w14:textId="77777777" w:rsidR="005E2B66" w:rsidRDefault="00280473">
            <w:pPr>
              <w:spacing w:after="0"/>
            </w:pPr>
            <w:r>
              <w:rPr>
                <w:sz w:val="18"/>
              </w:rPr>
              <w:t>E-post:</w:t>
            </w:r>
          </w:p>
        </w:tc>
        <w:tc>
          <w:tcPr>
            <w:tcW w:w="623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092792" w14:textId="77777777" w:rsidR="005E2B66" w:rsidRDefault="00280473">
            <w:pPr>
              <w:spacing w:after="0"/>
            </w:pPr>
            <w:r>
              <w:t xml:space="preserve"> </w:t>
            </w:r>
          </w:p>
        </w:tc>
      </w:tr>
      <w:tr w:rsidR="005E2B66" w14:paraId="63199A00" w14:textId="77777777" w:rsidTr="00892749">
        <w:trPr>
          <w:jc w:val="center"/>
        </w:trPr>
        <w:tc>
          <w:tcPr>
            <w:tcW w:w="2835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89F39D" w14:textId="77777777" w:rsidR="005E2B66" w:rsidRDefault="00280473">
            <w:pPr>
              <w:spacing w:after="0"/>
            </w:pPr>
            <w:r>
              <w:rPr>
                <w:sz w:val="18"/>
              </w:rPr>
              <w:t>Telefoninumber:</w:t>
            </w:r>
          </w:p>
        </w:tc>
        <w:tc>
          <w:tcPr>
            <w:tcW w:w="623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53B37D" w14:textId="77777777" w:rsidR="005E2B66" w:rsidRDefault="00280473">
            <w:pPr>
              <w:spacing w:after="0"/>
            </w:pPr>
            <w:r>
              <w:t xml:space="preserve"> </w:t>
            </w:r>
          </w:p>
        </w:tc>
      </w:tr>
    </w:tbl>
    <w:p w14:paraId="6835D8CD" w14:textId="77777777" w:rsidR="005E2B66" w:rsidRDefault="00280473">
      <w:pPr>
        <w:spacing w:before="40"/>
      </w:pPr>
      <w:r>
        <w:rPr>
          <w:i/>
          <w:sz w:val="18"/>
        </w:rPr>
        <w:t xml:space="preserve">* </w:t>
      </w:r>
      <w:proofErr w:type="spellStart"/>
      <w:proofErr w:type="gramStart"/>
      <w:r>
        <w:rPr>
          <w:i/>
          <w:sz w:val="18"/>
        </w:rPr>
        <w:t>avalikustatakse</w:t>
      </w:r>
      <w:proofErr w:type="spellEnd"/>
      <w:proofErr w:type="gram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kandideerijate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nimekirjas</w:t>
      </w:r>
      <w:proofErr w:type="spellEnd"/>
    </w:p>
    <w:p w14:paraId="74CB1267" w14:textId="77777777" w:rsidR="005E2B66" w:rsidRDefault="00280473">
      <w:pPr>
        <w:spacing w:before="80" w:after="60"/>
      </w:pPr>
      <w:r>
        <w:rPr>
          <w:b/>
          <w:sz w:val="22"/>
        </w:rPr>
        <w:t>Motivatsioonikiri</w:t>
      </w:r>
      <w:r>
        <w:t xml:space="preserve"> (soovi korral)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40"/>
      </w:tblGrid>
      <w:tr w:rsidR="005E2B66" w14:paraId="37416207" w14:textId="77777777">
        <w:trPr>
          <w:jc w:val="center"/>
        </w:trPr>
        <w:tc>
          <w:tcPr>
            <w:tcW w:w="10540" w:type="dxa"/>
            <w:shd w:val="clear" w:color="auto" w:fill="D9E3F0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8DE2C5" w14:textId="1A916DA8" w:rsidR="005E2B66" w:rsidRDefault="00DD0641">
            <w:proofErr w:type="spellStart"/>
            <w:r w:rsidRPr="00DD0641">
              <w:rPr>
                <w:i/>
                <w:sz w:val="18"/>
              </w:rPr>
              <w:t>Sisusoovitused</w:t>
            </w:r>
            <w:proofErr w:type="spellEnd"/>
            <w:r w:rsidRPr="00DD0641">
              <w:rPr>
                <w:i/>
                <w:sz w:val="18"/>
              </w:rPr>
              <w:t xml:space="preserve"> (~50 </w:t>
            </w:r>
            <w:proofErr w:type="spellStart"/>
            <w:r w:rsidRPr="00DD0641">
              <w:rPr>
                <w:i/>
                <w:sz w:val="18"/>
              </w:rPr>
              <w:t>sõna</w:t>
            </w:r>
            <w:proofErr w:type="spellEnd"/>
            <w:r w:rsidRPr="00DD0641">
              <w:rPr>
                <w:i/>
                <w:sz w:val="18"/>
              </w:rPr>
              <w:t xml:space="preserve">): Kes </w:t>
            </w:r>
            <w:proofErr w:type="spellStart"/>
            <w:r w:rsidRPr="00DD0641">
              <w:rPr>
                <w:i/>
                <w:sz w:val="18"/>
              </w:rPr>
              <w:t>sa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oled</w:t>
            </w:r>
            <w:proofErr w:type="spellEnd"/>
            <w:r w:rsidRPr="00DD0641">
              <w:rPr>
                <w:i/>
                <w:sz w:val="18"/>
              </w:rPr>
              <w:t xml:space="preserve"> ja </w:t>
            </w:r>
            <w:proofErr w:type="spellStart"/>
            <w:r w:rsidRPr="00DD0641">
              <w:rPr>
                <w:i/>
                <w:sz w:val="18"/>
              </w:rPr>
              <w:t>millega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tegeled</w:t>
            </w:r>
            <w:proofErr w:type="spellEnd"/>
            <w:r w:rsidRPr="00DD0641">
              <w:rPr>
                <w:i/>
                <w:sz w:val="18"/>
              </w:rPr>
              <w:t xml:space="preserve">? Miks </w:t>
            </w:r>
            <w:proofErr w:type="spellStart"/>
            <w:r w:rsidRPr="00DD0641">
              <w:rPr>
                <w:i/>
                <w:sz w:val="18"/>
              </w:rPr>
              <w:t>oled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huvitatud</w:t>
            </w:r>
            <w:proofErr w:type="spellEnd"/>
            <w:r w:rsidRPr="00DD0641">
              <w:rPr>
                <w:i/>
                <w:sz w:val="18"/>
              </w:rPr>
              <w:t xml:space="preserve"> Räpina </w:t>
            </w:r>
            <w:proofErr w:type="spellStart"/>
            <w:r w:rsidR="00892749">
              <w:rPr>
                <w:i/>
                <w:sz w:val="18"/>
              </w:rPr>
              <w:t>v</w:t>
            </w:r>
            <w:r w:rsidRPr="00DD0641">
              <w:rPr>
                <w:i/>
                <w:sz w:val="18"/>
              </w:rPr>
              <w:t>alla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r w:rsidR="00892749">
              <w:rPr>
                <w:i/>
                <w:sz w:val="18"/>
              </w:rPr>
              <w:t>n</w:t>
            </w:r>
            <w:r w:rsidRPr="00DD0641">
              <w:rPr>
                <w:i/>
                <w:sz w:val="18"/>
              </w:rPr>
              <w:t xml:space="preserve">oortevolikogu </w:t>
            </w:r>
            <w:proofErr w:type="spellStart"/>
            <w:r w:rsidRPr="00DD0641">
              <w:rPr>
                <w:i/>
                <w:sz w:val="18"/>
              </w:rPr>
              <w:t>liige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olemast</w:t>
            </w:r>
            <w:proofErr w:type="spellEnd"/>
            <w:r w:rsidRPr="00DD0641">
              <w:rPr>
                <w:i/>
                <w:sz w:val="18"/>
              </w:rPr>
              <w:t xml:space="preserve">? Kas on </w:t>
            </w:r>
            <w:proofErr w:type="spellStart"/>
            <w:r w:rsidRPr="00DD0641">
              <w:rPr>
                <w:i/>
                <w:sz w:val="18"/>
              </w:rPr>
              <w:t>olnud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varasemaid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kogemusi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erinevate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noorteühendustega</w:t>
            </w:r>
            <w:proofErr w:type="spellEnd"/>
            <w:r w:rsidRPr="00DD0641">
              <w:rPr>
                <w:i/>
                <w:sz w:val="18"/>
              </w:rPr>
              <w:t xml:space="preserve"> (</w:t>
            </w:r>
            <w:proofErr w:type="spellStart"/>
            <w:r w:rsidRPr="00DD0641">
              <w:rPr>
                <w:i/>
                <w:sz w:val="18"/>
              </w:rPr>
              <w:t>kui</w:t>
            </w:r>
            <w:proofErr w:type="spellEnd"/>
            <w:r w:rsidRPr="00DD0641">
              <w:rPr>
                <w:i/>
                <w:sz w:val="18"/>
              </w:rPr>
              <w:t xml:space="preserve"> on, </w:t>
            </w:r>
            <w:proofErr w:type="spellStart"/>
            <w:r w:rsidRPr="00DD0641">
              <w:rPr>
                <w:i/>
                <w:sz w:val="18"/>
              </w:rPr>
              <w:t>siis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missugused</w:t>
            </w:r>
            <w:proofErr w:type="spellEnd"/>
            <w:r w:rsidRPr="00DD0641">
              <w:rPr>
                <w:i/>
                <w:sz w:val="18"/>
              </w:rPr>
              <w:t xml:space="preserve">)? </w:t>
            </w:r>
            <w:proofErr w:type="spellStart"/>
            <w:r w:rsidRPr="00DD0641">
              <w:rPr>
                <w:i/>
                <w:sz w:val="18"/>
              </w:rPr>
              <w:t>Kirjelda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enda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meeskonna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töö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kogemusi</w:t>
            </w:r>
            <w:proofErr w:type="spellEnd"/>
            <w:r w:rsidRPr="00DD0641">
              <w:rPr>
                <w:i/>
                <w:sz w:val="18"/>
              </w:rPr>
              <w:t xml:space="preserve">. </w:t>
            </w:r>
            <w:proofErr w:type="spellStart"/>
            <w:r w:rsidRPr="00DD0641">
              <w:rPr>
                <w:i/>
                <w:sz w:val="18"/>
              </w:rPr>
              <w:t>Millisesse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valdkonda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oleksid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valmis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vabatahtlikuna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panustama</w:t>
            </w:r>
            <w:proofErr w:type="spellEnd"/>
            <w:r w:rsidRPr="00DD0641">
              <w:rPr>
                <w:i/>
                <w:sz w:val="18"/>
              </w:rPr>
              <w:t xml:space="preserve">, </w:t>
            </w:r>
            <w:proofErr w:type="spellStart"/>
            <w:r w:rsidRPr="00DD0641">
              <w:rPr>
                <w:i/>
                <w:sz w:val="18"/>
              </w:rPr>
              <w:t>miks</w:t>
            </w:r>
            <w:proofErr w:type="spellEnd"/>
            <w:r w:rsidRPr="00DD0641">
              <w:rPr>
                <w:i/>
                <w:sz w:val="18"/>
              </w:rPr>
              <w:t xml:space="preserve">? Mida </w:t>
            </w:r>
            <w:proofErr w:type="spellStart"/>
            <w:r w:rsidRPr="00DD0641">
              <w:rPr>
                <w:i/>
                <w:sz w:val="18"/>
              </w:rPr>
              <w:t>sa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arvad</w:t>
            </w:r>
            <w:proofErr w:type="spellEnd"/>
            <w:r w:rsidRPr="00DD0641">
              <w:rPr>
                <w:i/>
                <w:sz w:val="18"/>
              </w:rPr>
              <w:t xml:space="preserve">, et </w:t>
            </w:r>
            <w:proofErr w:type="spellStart"/>
            <w:r w:rsidRPr="00DD0641">
              <w:rPr>
                <w:i/>
                <w:sz w:val="18"/>
              </w:rPr>
              <w:t>suudad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noorte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jaoks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paremaks</w:t>
            </w:r>
            <w:proofErr w:type="spellEnd"/>
            <w:r w:rsidRPr="00DD0641">
              <w:rPr>
                <w:i/>
                <w:sz w:val="18"/>
              </w:rPr>
              <w:t xml:space="preserve"> </w:t>
            </w:r>
            <w:proofErr w:type="spellStart"/>
            <w:r w:rsidRPr="00DD0641">
              <w:rPr>
                <w:i/>
                <w:sz w:val="18"/>
              </w:rPr>
              <w:t>muuta</w:t>
            </w:r>
            <w:proofErr w:type="spellEnd"/>
            <w:r w:rsidRPr="00DD0641">
              <w:rPr>
                <w:i/>
                <w:sz w:val="18"/>
              </w:rPr>
              <w:t>?</w:t>
            </w:r>
          </w:p>
        </w:tc>
      </w:tr>
      <w:tr w:rsidR="005E2B66" w14:paraId="45A599A5" w14:textId="77777777">
        <w:trPr>
          <w:trHeight w:val="4422"/>
          <w:jc w:val="center"/>
        </w:trPr>
        <w:tc>
          <w:tcPr>
            <w:tcW w:w="105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A84CD" w14:textId="77777777" w:rsidR="005E2B66" w:rsidRDefault="005E2B66"/>
        </w:tc>
      </w:tr>
    </w:tbl>
    <w:p w14:paraId="219AC97B" w14:textId="750F0E7C" w:rsidR="005E2B66" w:rsidRDefault="005E2B66">
      <w:pPr>
        <w:spacing w:before="100" w:after="40"/>
        <w:ind w:left="57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402"/>
        <w:gridCol w:w="1247"/>
        <w:gridCol w:w="3175"/>
      </w:tblGrid>
      <w:tr w:rsidR="005E2B66" w14:paraId="4963FF7F" w14:textId="77777777">
        <w:trPr>
          <w:jc w:val="center"/>
        </w:trPr>
        <w:tc>
          <w:tcPr>
            <w:tcW w:w="1247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302F8D" w14:textId="77777777" w:rsidR="005E2B66" w:rsidRDefault="00280473">
            <w:pPr>
              <w:spacing w:after="0"/>
            </w:pPr>
            <w:r>
              <w:rPr>
                <w:sz w:val="18"/>
              </w:rPr>
              <w:t>Kuupäev:</w:t>
            </w:r>
          </w:p>
        </w:tc>
        <w:tc>
          <w:tcPr>
            <w:tcW w:w="340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9D1315" w14:textId="77777777" w:rsidR="005E2B66" w:rsidRDefault="005E2B66">
            <w:pPr>
              <w:spacing w:after="0"/>
            </w:pPr>
          </w:p>
        </w:tc>
        <w:tc>
          <w:tcPr>
            <w:tcW w:w="1247" w:type="dxa"/>
            <w:shd w:val="clear" w:color="auto" w:fill="D9E3F0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F1E4D1" w14:textId="77777777" w:rsidR="005E2B66" w:rsidRDefault="00280473">
            <w:pPr>
              <w:spacing w:after="0"/>
            </w:pPr>
            <w:r>
              <w:rPr>
                <w:sz w:val="18"/>
              </w:rPr>
              <w:t>Allkiri:</w:t>
            </w:r>
          </w:p>
        </w:tc>
        <w:tc>
          <w:tcPr>
            <w:tcW w:w="31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E41E1D" w14:textId="77777777" w:rsidR="005E2B66" w:rsidRDefault="005E2B66">
            <w:pPr>
              <w:spacing w:after="0"/>
            </w:pPr>
          </w:p>
        </w:tc>
      </w:tr>
    </w:tbl>
    <w:p w14:paraId="1C4D977C" w14:textId="77777777" w:rsidR="00280473" w:rsidRDefault="00280473"/>
    <w:sectPr w:rsidR="00280473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oendi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oendi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oenditpp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oenditpp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0646499">
    <w:abstractNumId w:val="8"/>
  </w:num>
  <w:num w:numId="2" w16cid:durableId="1332951621">
    <w:abstractNumId w:val="6"/>
  </w:num>
  <w:num w:numId="3" w16cid:durableId="2041515688">
    <w:abstractNumId w:val="5"/>
  </w:num>
  <w:num w:numId="4" w16cid:durableId="1831678996">
    <w:abstractNumId w:val="4"/>
  </w:num>
  <w:num w:numId="5" w16cid:durableId="1196390145">
    <w:abstractNumId w:val="7"/>
  </w:num>
  <w:num w:numId="6" w16cid:durableId="878471147">
    <w:abstractNumId w:val="3"/>
  </w:num>
  <w:num w:numId="7" w16cid:durableId="174685692">
    <w:abstractNumId w:val="2"/>
  </w:num>
  <w:num w:numId="8" w16cid:durableId="207109193">
    <w:abstractNumId w:val="1"/>
  </w:num>
  <w:num w:numId="9" w16cid:durableId="19597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CD7"/>
    <w:rsid w:val="00280473"/>
    <w:rsid w:val="0029639D"/>
    <w:rsid w:val="00326F90"/>
    <w:rsid w:val="005E2B66"/>
    <w:rsid w:val="0079733A"/>
    <w:rsid w:val="00892749"/>
    <w:rsid w:val="008E09B2"/>
    <w:rsid w:val="00AA1D8D"/>
    <w:rsid w:val="00B47730"/>
    <w:rsid w:val="00C231B5"/>
    <w:rsid w:val="00CB0664"/>
    <w:rsid w:val="00DD0641"/>
    <w:rsid w:val="00E846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D4A8C"/>
  <w14:defaultImageDpi w14:val="300"/>
  <w15:docId w15:val="{161CE704-1806-40B5-A9B0-E36AB25F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693F"/>
    <w:rPr>
      <w:rFonts w:ascii="Arial" w:hAnsi="Arial"/>
      <w:sz w:val="20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618BF"/>
  </w:style>
  <w:style w:type="paragraph" w:styleId="Jalus">
    <w:name w:val="footer"/>
    <w:basedOn w:val="Normaallaad"/>
    <w:link w:val="JalusMr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618BF"/>
  </w:style>
  <w:style w:type="paragraph" w:styleId="Vahedeta">
    <w:name w:val="No Spacing"/>
    <w:uiPriority w:val="1"/>
    <w:qFormat/>
    <w:rsid w:val="00FC693F"/>
    <w:pPr>
      <w:spacing w:after="0" w:line="240" w:lineRule="auto"/>
    </w:pPr>
  </w:style>
  <w:style w:type="character" w:customStyle="1" w:styleId="Pealkiri1Mrk">
    <w:name w:val="Pealkiri 1 Märk"/>
    <w:basedOn w:val="Liguvaikefont"/>
    <w:link w:val="Pealkiri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ealkiri2Mrk">
    <w:name w:val="Pealkiri 2 Märk"/>
    <w:basedOn w:val="Liguvaikefont"/>
    <w:link w:val="Pealkiri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oendilik">
    <w:name w:val="List Paragraph"/>
    <w:basedOn w:val="Normaallaad"/>
    <w:uiPriority w:val="34"/>
    <w:qFormat/>
    <w:rsid w:val="00FC693F"/>
    <w:pPr>
      <w:ind w:left="720"/>
      <w:contextualSpacing/>
    </w:pPr>
  </w:style>
  <w:style w:type="paragraph" w:styleId="Kehatekst">
    <w:name w:val="Body Text"/>
    <w:basedOn w:val="Normaallaad"/>
    <w:link w:val="KehatekstMrk"/>
    <w:uiPriority w:val="99"/>
    <w:unhideWhenUsed/>
    <w:rsid w:val="00AA1D8D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AA1D8D"/>
  </w:style>
  <w:style w:type="paragraph" w:styleId="Kehatekst2">
    <w:name w:val="Body Text 2"/>
    <w:basedOn w:val="Normaallaad"/>
    <w:link w:val="Kehatekst2Mrk"/>
    <w:uiPriority w:val="99"/>
    <w:unhideWhenUsed/>
    <w:rsid w:val="00AA1D8D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rsid w:val="00AA1D8D"/>
  </w:style>
  <w:style w:type="paragraph" w:styleId="Kehatekst3">
    <w:name w:val="Body Text 3"/>
    <w:basedOn w:val="Normaallaad"/>
    <w:link w:val="Kehatekst3Mr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rsid w:val="00AA1D8D"/>
    <w:rPr>
      <w:sz w:val="16"/>
      <w:szCs w:val="16"/>
    </w:rPr>
  </w:style>
  <w:style w:type="paragraph" w:styleId="Loend">
    <w:name w:val="List"/>
    <w:basedOn w:val="Normaallaad"/>
    <w:uiPriority w:val="99"/>
    <w:unhideWhenUsed/>
    <w:rsid w:val="00AA1D8D"/>
    <w:pPr>
      <w:ind w:left="360" w:hanging="360"/>
      <w:contextualSpacing/>
    </w:pPr>
  </w:style>
  <w:style w:type="paragraph" w:styleId="Loend2">
    <w:name w:val="List 2"/>
    <w:basedOn w:val="Normaallaad"/>
    <w:uiPriority w:val="99"/>
    <w:unhideWhenUsed/>
    <w:rsid w:val="00326F90"/>
    <w:pPr>
      <w:ind w:left="720" w:hanging="360"/>
      <w:contextualSpacing/>
    </w:pPr>
  </w:style>
  <w:style w:type="paragraph" w:styleId="Loend3">
    <w:name w:val="List 3"/>
    <w:basedOn w:val="Normaallaad"/>
    <w:uiPriority w:val="99"/>
    <w:unhideWhenUsed/>
    <w:rsid w:val="00326F90"/>
    <w:pPr>
      <w:ind w:left="1080" w:hanging="360"/>
      <w:contextualSpacing/>
    </w:pPr>
  </w:style>
  <w:style w:type="paragraph" w:styleId="Loenditpp">
    <w:name w:val="List Bullet"/>
    <w:basedOn w:val="Normaallaad"/>
    <w:uiPriority w:val="99"/>
    <w:unhideWhenUsed/>
    <w:rsid w:val="00326F90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unhideWhenUsed/>
    <w:rsid w:val="00326F90"/>
    <w:pPr>
      <w:numPr>
        <w:numId w:val="2"/>
      </w:numPr>
      <w:contextualSpacing/>
    </w:pPr>
  </w:style>
  <w:style w:type="paragraph" w:styleId="Loenditpp3">
    <w:name w:val="List Bullet 3"/>
    <w:basedOn w:val="Normaallaad"/>
    <w:uiPriority w:val="99"/>
    <w:unhideWhenUsed/>
    <w:rsid w:val="00326F90"/>
    <w:pPr>
      <w:numPr>
        <w:numId w:val="3"/>
      </w:numPr>
      <w:contextualSpacing/>
    </w:pPr>
  </w:style>
  <w:style w:type="paragraph" w:styleId="Loendinumber">
    <w:name w:val="List Number"/>
    <w:basedOn w:val="Normaallaad"/>
    <w:uiPriority w:val="99"/>
    <w:unhideWhenUsed/>
    <w:rsid w:val="00326F90"/>
    <w:pPr>
      <w:numPr>
        <w:numId w:val="5"/>
      </w:numPr>
      <w:contextualSpacing/>
    </w:pPr>
  </w:style>
  <w:style w:type="paragraph" w:styleId="Loendinumber2">
    <w:name w:val="List Number 2"/>
    <w:basedOn w:val="Normaallaad"/>
    <w:uiPriority w:val="99"/>
    <w:unhideWhenUsed/>
    <w:rsid w:val="0029639D"/>
    <w:pPr>
      <w:numPr>
        <w:numId w:val="6"/>
      </w:numPr>
      <w:contextualSpacing/>
    </w:pPr>
  </w:style>
  <w:style w:type="paragraph" w:styleId="Loendinumber3">
    <w:name w:val="List Number 3"/>
    <w:basedOn w:val="Normaallaad"/>
    <w:uiPriority w:val="99"/>
    <w:unhideWhenUsed/>
    <w:rsid w:val="0029639D"/>
    <w:pPr>
      <w:numPr>
        <w:numId w:val="7"/>
      </w:numPr>
      <w:contextualSpacing/>
    </w:pPr>
  </w:style>
  <w:style w:type="paragraph" w:styleId="Loendijtk">
    <w:name w:val="List Continue"/>
    <w:basedOn w:val="Normaallaad"/>
    <w:uiPriority w:val="99"/>
    <w:unhideWhenUsed/>
    <w:rsid w:val="0029639D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unhideWhenUsed/>
    <w:rsid w:val="0029639D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Mr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C693F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FC693F"/>
    <w:rPr>
      <w:i/>
      <w:iCs/>
      <w:color w:val="000000" w:themeColor="text1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ugev">
    <w:name w:val="Strong"/>
    <w:basedOn w:val="Liguvaikefont"/>
    <w:uiPriority w:val="22"/>
    <w:qFormat/>
    <w:rsid w:val="00FC693F"/>
    <w:rPr>
      <w:b/>
      <w:bCs/>
    </w:rPr>
  </w:style>
  <w:style w:type="character" w:styleId="Rhutus">
    <w:name w:val="Emphasis"/>
    <w:basedOn w:val="Liguvaikefont"/>
    <w:uiPriority w:val="20"/>
    <w:qFormat/>
    <w:rsid w:val="00FC693F"/>
    <w:rPr>
      <w:i/>
      <w:iCs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C693F"/>
    <w:rPr>
      <w:b/>
      <w:bCs/>
      <w:i/>
      <w:iCs/>
      <w:color w:val="4F81BD" w:themeColor="accent1"/>
    </w:rPr>
  </w:style>
  <w:style w:type="character" w:styleId="Vaevumrgatavrhutus">
    <w:name w:val="Subtle Emphasis"/>
    <w:basedOn w:val="Liguvaikefont"/>
    <w:uiPriority w:val="19"/>
    <w:qFormat/>
    <w:rsid w:val="00FC693F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FC693F"/>
    <w:rPr>
      <w:b/>
      <w:bCs/>
      <w:i/>
      <w:iCs/>
      <w:color w:val="4F81BD" w:themeColor="accent1"/>
    </w:rPr>
  </w:style>
  <w:style w:type="character" w:styleId="Vaevumrgatavviide">
    <w:name w:val="Subtle Reference"/>
    <w:basedOn w:val="Liguvaikefont"/>
    <w:uiPriority w:val="31"/>
    <w:qFormat/>
    <w:rsid w:val="00FC693F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FC693F"/>
    <w:rPr>
      <w:b/>
      <w:bCs/>
      <w:smallCaps/>
      <w:spacing w:val="5"/>
    </w:r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FC693F"/>
    <w:pPr>
      <w:outlineLvl w:val="9"/>
    </w:pPr>
  </w:style>
  <w:style w:type="table" w:styleId="Kontuurtabel">
    <w:name w:val="Table Grid"/>
    <w:basedOn w:val="Normaal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varjustus">
    <w:name w:val="Light Shading"/>
    <w:basedOn w:val="Normaal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evarjustusrhk2">
    <w:name w:val="Light Shading Accent 2"/>
    <w:basedOn w:val="Normaal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evarjustusrhk3">
    <w:name w:val="Light Shading Accent 3"/>
    <w:basedOn w:val="Normaal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evarjustusrhk4">
    <w:name w:val="Light Shading Accent 4"/>
    <w:basedOn w:val="Normaal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evarjustusrhk5">
    <w:name w:val="Light Shading Accent 5"/>
    <w:basedOn w:val="Normaal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evarjustusrhk6">
    <w:name w:val="Light Shading Accent 6"/>
    <w:basedOn w:val="Normaal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eloend">
    <w:name w:val="Light List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eloendrhk2">
    <w:name w:val="Light List Accent 2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eloendrhk3">
    <w:name w:val="Light List Accent 3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eloendrhk4">
    <w:name w:val="Light List Accent 4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eloendrhk5">
    <w:name w:val="Light List Accent 5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eloendrhk6">
    <w:name w:val="Light List Accent 6"/>
    <w:basedOn w:val="Normaal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ekoordinaatvrk">
    <w:name w:val="Light Grid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ekoordinaatvrkrhk2">
    <w:name w:val="Light Grid Accent 2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ekoordinaatvrkrhk3">
    <w:name w:val="Light Grid Accent 3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ekoordinaatvrkrhk4">
    <w:name w:val="Light Grid Accent 4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ekoordinaatvrkrhk5">
    <w:name w:val="Light Grid Accent 5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ekoordinaatvrkrhk6">
    <w:name w:val="Light Grid Accent 6"/>
    <w:basedOn w:val="Normaal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eskminevarjustus1">
    <w:name w:val="Medium Shading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eskmineloend1">
    <w:name w:val="Medium Lis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eskmineloend1rhk2">
    <w:name w:val="Medium List 1 Accent 2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eskmineloend1rhk3">
    <w:name w:val="Medium List 1 Accent 3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eskmineloend1rhk4">
    <w:name w:val="Medium List 1 Accent 4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eskmineloend1rhk5">
    <w:name w:val="Medium List 1 Accent 5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eskmineloend1rhk6">
    <w:name w:val="Medium List 1 Accent 6"/>
    <w:basedOn w:val="Normaal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eskmineloend2">
    <w:name w:val="Medium Lis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koordinaatvrk1">
    <w:name w:val="Medium Grid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eskminekoordinaatvrk2">
    <w:name w:val="Medium Grid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eloend">
    <w:name w:val="Dark List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eloendrhk2">
    <w:name w:val="Dark List Accent 2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eloendrhk3">
    <w:name w:val="Dark List Accent 3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eloendrhk4">
    <w:name w:val="Dark List Accent 4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eloendrhk5">
    <w:name w:val="Dark List Accent 5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eloendrhk6">
    <w:name w:val="Dark List Accent 6"/>
    <w:basedOn w:val="Normaal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vilinevarjustus">
    <w:name w:val="Colorful Shading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loend">
    <w:name w:val="Colorful List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vilineloendrhk2">
    <w:name w:val="Colorful List Accent 2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vilineloendrhk3">
    <w:name w:val="Colorful List Accent 3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vilineloendrhk4">
    <w:name w:val="Colorful List Accent 4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vilineloendrhk5">
    <w:name w:val="Colorful List Accent 5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vilineloendrhk6">
    <w:name w:val="Colorful List Accent 6"/>
    <w:basedOn w:val="Normaal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vilinekoordinaatvrk">
    <w:name w:val="Colorful Grid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Meriliin Vahesaar</cp:lastModifiedBy>
  <cp:revision>2</cp:revision>
  <dcterms:created xsi:type="dcterms:W3CDTF">2026-09-03T10:36:00Z</dcterms:created>
  <dcterms:modified xsi:type="dcterms:W3CDTF">2026-09-03T10:36:00Z</dcterms:modified>
  <cp:category/>
</cp:coreProperties>
</file>